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BC931" w14:textId="77777777" w:rsidR="008D43B5" w:rsidRPr="00105167" w:rsidRDefault="00060B6A">
      <w:pPr>
        <w:jc w:val="center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b/>
          <w:sz w:val="40"/>
        </w:rPr>
        <w:t>ERASMUS+ MOBILUMAS</w:t>
      </w:r>
      <w:r w:rsidRPr="00105167">
        <w:rPr>
          <w:rFonts w:ascii="Times New Roman" w:hAnsi="Times New Roman" w:cs="Times New Roman"/>
          <w:b/>
          <w:sz w:val="40"/>
        </w:rPr>
        <w:br/>
      </w:r>
      <w:r w:rsidRPr="00105167">
        <w:rPr>
          <w:rFonts w:ascii="Times New Roman" w:hAnsi="Times New Roman" w:cs="Times New Roman"/>
          <w:b/>
          <w:sz w:val="32"/>
        </w:rPr>
        <w:t>Mokytojo motyvaciniai klausimai</w:t>
      </w:r>
    </w:p>
    <w:p w14:paraId="1E42313F" w14:textId="77777777" w:rsidR="008D43B5" w:rsidRPr="00105167" w:rsidRDefault="00060B6A">
      <w:pPr>
        <w:jc w:val="center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i/>
        </w:rPr>
        <w:t>Nuo asmeninio profesinio augimo iki indėlio į gimnazijos Erasmus+ plano įgyvendinimą</w:t>
      </w:r>
    </w:p>
    <w:p w14:paraId="6C680C8F" w14:textId="77777777" w:rsidR="008D43B5" w:rsidRPr="00105167" w:rsidRDefault="008D43B5">
      <w:pPr>
        <w:rPr>
          <w:rFonts w:ascii="Times New Roman" w:hAnsi="Times New Roman" w:cs="Times New Roman"/>
        </w:rPr>
      </w:pPr>
    </w:p>
    <w:p w14:paraId="6EB6BF82" w14:textId="77777777" w:rsidR="008D43B5" w:rsidRPr="00105167" w:rsidRDefault="00060B6A">
      <w:pPr>
        <w:spacing w:before="20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b/>
          <w:sz w:val="26"/>
        </w:rPr>
        <w:t xml:space="preserve"> 1. KO IŠMOKSIU IR KAIP PROFESIŠKAI PAUGSIU?</w:t>
      </w:r>
    </w:p>
    <w:p w14:paraId="73DDDE47" w14:textId="77777777" w:rsidR="008D43B5" w:rsidRPr="00105167" w:rsidRDefault="00060B6A">
      <w:pPr>
        <w:spacing w:after="6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</w:rPr>
        <w:t>Kaip mobilumas prisidės prie mano profesinio tobulėjimo, naujų kompetencijų įgijimo ir mokymosi visą gyvenimą?</w:t>
      </w:r>
    </w:p>
    <w:p w14:paraId="21A533F8" w14:textId="77777777" w:rsidR="008D43B5" w:rsidRPr="00105167" w:rsidRDefault="00060B6A">
      <w:pPr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i/>
          <w:sz w:val="19"/>
        </w:rPr>
        <w:t>Erasmus+ prioritetas: mokymasis visą gyvenimą ir profesinis tobulėjimas.</w:t>
      </w:r>
    </w:p>
    <w:p w14:paraId="59C77367" w14:textId="77777777" w:rsidR="008D43B5" w:rsidRPr="00105167" w:rsidRDefault="00060B6A">
      <w:pPr>
        <w:spacing w:before="20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b/>
          <w:sz w:val="26"/>
        </w:rPr>
        <w:t>2. KĄ NAUJO PRITAIKYSIU SAVO UGDYMO PRAKTIKOJE?</w:t>
      </w:r>
    </w:p>
    <w:p w14:paraId="53A32D1A" w14:textId="77777777" w:rsidR="008D43B5" w:rsidRPr="00105167" w:rsidRDefault="00060B6A">
      <w:pPr>
        <w:spacing w:after="6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</w:rPr>
        <w:t>Kokias naujas skaitmenines, inovatyvias ar mokinių aktyvumą skatinančias praktikas parsivešiu ir pritaikysiu savo pamokose?</w:t>
      </w:r>
    </w:p>
    <w:p w14:paraId="360633DC" w14:textId="77777777" w:rsidR="008D43B5" w:rsidRPr="00105167" w:rsidRDefault="00060B6A">
      <w:pPr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i/>
          <w:sz w:val="19"/>
        </w:rPr>
        <w:t>Erasmus+ prioritetas: skaitmeninė transformacija.</w:t>
      </w:r>
    </w:p>
    <w:p w14:paraId="27004A9A" w14:textId="77777777" w:rsidR="008D43B5" w:rsidRPr="00105167" w:rsidRDefault="00060B6A">
      <w:pPr>
        <w:spacing w:before="20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b/>
          <w:sz w:val="26"/>
        </w:rPr>
        <w:t xml:space="preserve"> 3. KĄ GALIU PAKEISTI, KAD MŪSŲ MOKYKLA BŪTŲ TVARESNĖ?</w:t>
      </w:r>
    </w:p>
    <w:p w14:paraId="513ABAF4" w14:textId="77777777" w:rsidR="008D43B5" w:rsidRPr="00105167" w:rsidRDefault="00060B6A">
      <w:pPr>
        <w:spacing w:after="6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</w:rPr>
        <w:t>Kaip mobilumo metu įgyta patirtis paskatins mane ir mokinius atsakingiau pažvelgti į aplinką, tvarumą ir kasdienius pasirinkimus?</w:t>
      </w:r>
    </w:p>
    <w:p w14:paraId="552307A5" w14:textId="77777777" w:rsidR="008D43B5" w:rsidRPr="00105167" w:rsidRDefault="00060B6A">
      <w:pPr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i/>
          <w:sz w:val="19"/>
        </w:rPr>
        <w:t>Erasmus+ prioritetas: aplinkosauga ir kova su klimato kaita.</w:t>
      </w:r>
    </w:p>
    <w:p w14:paraId="3BE91916" w14:textId="77777777" w:rsidR="008D43B5" w:rsidRPr="00105167" w:rsidRDefault="00060B6A">
      <w:pPr>
        <w:spacing w:before="20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b/>
          <w:sz w:val="26"/>
        </w:rPr>
        <w:t>4. KAIP PADĖSIU KURTI ĮTRAUKESNĘ IR ATVIRĄ GIMNAZIJĄ?</w:t>
      </w:r>
    </w:p>
    <w:p w14:paraId="78743A27" w14:textId="77777777" w:rsidR="008D43B5" w:rsidRPr="00105167" w:rsidRDefault="00060B6A">
      <w:pPr>
        <w:spacing w:after="6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</w:rPr>
        <w:t>Kaip mano mobilumo patirtis prisidės prie įtraukties, pagarbos įvairovei, tarpkultūrinio dialogo ir tarptautinio bendradarbiavimo?</w:t>
      </w:r>
    </w:p>
    <w:p w14:paraId="1DE7F038" w14:textId="77777777" w:rsidR="008D43B5" w:rsidRPr="00105167" w:rsidRDefault="00060B6A">
      <w:pPr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i/>
          <w:sz w:val="19"/>
        </w:rPr>
        <w:t>Erasmus+ prioritetas: įtrauktis ir įvairovė.</w:t>
      </w:r>
    </w:p>
    <w:p w14:paraId="65F7462B" w14:textId="77777777" w:rsidR="008D43B5" w:rsidRPr="00105167" w:rsidRDefault="00060B6A">
      <w:pPr>
        <w:spacing w:before="20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b/>
          <w:sz w:val="26"/>
        </w:rPr>
        <w:t xml:space="preserve"> 5. KAIP MANO MOBILUMAS PRISIDĖS PRIE GIMNAZIJOS ERASMUS+ PLANO TIKSLŲ?</w:t>
      </w:r>
    </w:p>
    <w:p w14:paraId="5A4BD7CE" w14:textId="77777777" w:rsidR="008D43B5" w:rsidRPr="00105167" w:rsidRDefault="00060B6A">
      <w:pPr>
        <w:spacing w:after="60"/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</w:rPr>
        <w:t>Kokį konkretų pokytį, rezultatą, idėją ar naują praktiką parsivešiu į gimnaziją? Kaip ja pasidalinsiu su kolegomis ir mokiniais?</w:t>
      </w:r>
    </w:p>
    <w:p w14:paraId="2AA2E12A" w14:textId="77777777" w:rsidR="008D43B5" w:rsidRPr="00105167" w:rsidRDefault="00060B6A">
      <w:pPr>
        <w:rPr>
          <w:rFonts w:ascii="Times New Roman" w:hAnsi="Times New Roman" w:cs="Times New Roman"/>
        </w:rPr>
      </w:pPr>
      <w:r w:rsidRPr="00105167">
        <w:rPr>
          <w:rFonts w:ascii="Times New Roman" w:hAnsi="Times New Roman" w:cs="Times New Roman"/>
          <w:i/>
          <w:sz w:val="19"/>
        </w:rPr>
        <w:t>Gimnazijos Erasmus+ plano tikslai: mobilumo patirtį paversti konkrečia nauda visai gimnazijos bendruomenei.</w:t>
      </w:r>
    </w:p>
    <w:p w14:paraId="45A4CE3E" w14:textId="77777777" w:rsidR="008D43B5" w:rsidRPr="00105167" w:rsidRDefault="008D43B5">
      <w:pPr>
        <w:rPr>
          <w:rFonts w:ascii="Times New Roman" w:hAnsi="Times New Roman" w:cs="Times New Roman"/>
        </w:rPr>
      </w:pPr>
    </w:p>
    <w:sectPr w:rsidR="008D43B5" w:rsidRPr="00105167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387055">
    <w:abstractNumId w:val="8"/>
  </w:num>
  <w:num w:numId="2" w16cid:durableId="1055544040">
    <w:abstractNumId w:val="6"/>
  </w:num>
  <w:num w:numId="3" w16cid:durableId="1184905736">
    <w:abstractNumId w:val="5"/>
  </w:num>
  <w:num w:numId="4" w16cid:durableId="1150050161">
    <w:abstractNumId w:val="4"/>
  </w:num>
  <w:num w:numId="5" w16cid:durableId="1269898204">
    <w:abstractNumId w:val="7"/>
  </w:num>
  <w:num w:numId="6" w16cid:durableId="621419818">
    <w:abstractNumId w:val="3"/>
  </w:num>
  <w:num w:numId="7" w16cid:durableId="111823857">
    <w:abstractNumId w:val="2"/>
  </w:num>
  <w:num w:numId="8" w16cid:durableId="2130121291">
    <w:abstractNumId w:val="1"/>
  </w:num>
  <w:num w:numId="9" w16cid:durableId="206983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0B6A"/>
    <w:rsid w:val="00105167"/>
    <w:rsid w:val="0015074B"/>
    <w:rsid w:val="0029639D"/>
    <w:rsid w:val="00326F90"/>
    <w:rsid w:val="008D43B5"/>
    <w:rsid w:val="00AA1D8D"/>
    <w:rsid w:val="00B47730"/>
    <w:rsid w:val="00C40BB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2383C1"/>
  <w14:defaultImageDpi w14:val="300"/>
  <w15:docId w15:val="{702F7444-0BE3-48A1-8E8C-90E8A20F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ptos" w:hAnsi="Apto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D042CF-D43B-4328-9E37-BAAE2536B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Ingrida Stankuvienė</cp:lastModifiedBy>
  <cp:revision>3</cp:revision>
  <dcterms:created xsi:type="dcterms:W3CDTF">2013-12-23T23:15:00Z</dcterms:created>
  <dcterms:modified xsi:type="dcterms:W3CDTF">2026-10-07T05:25:00Z</dcterms:modified>
  <cp:category/>
</cp:coreProperties>
</file>