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D6B99" w14:textId="77777777" w:rsidR="009B1A7F" w:rsidRPr="00812E51" w:rsidRDefault="00000000">
      <w:pPr>
        <w:jc w:val="center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sz w:val="32"/>
          <w:lang w:val="lt-LT"/>
        </w:rPr>
        <w:t>KVALIFIKACIJOS KĖLIMO KURSŲ DALYVIO REFLEKSIJA</w:t>
      </w:r>
    </w:p>
    <w:p w14:paraId="10A58AB3" w14:textId="77777777" w:rsidR="009B1A7F" w:rsidRPr="00812E51" w:rsidRDefault="00000000">
      <w:pPr>
        <w:jc w:val="center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i/>
          <w:lang w:val="lt-LT"/>
        </w:rPr>
        <w:t>Klausimynas Erasmus+ akreditacijos pažangos ataskaitai</w:t>
      </w:r>
    </w:p>
    <w:p w14:paraId="39C6BEC2" w14:textId="77777777" w:rsidR="009B1A7F" w:rsidRPr="00812E51" w:rsidRDefault="00000000">
      <w:pPr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Prašome trumpai ir konkrečiai atsakyti į klausimus. Jūsų atsakymai bus naudojami rengiant Erasmus+ akreditacijos pažangos ataskaitą ir apibendrinant kvalifikacijos kėlimo kursų poveikį mokytojų profesiniam tobulėjimui, pamokų praktikai ir mokinių ugdymui.</w:t>
      </w:r>
    </w:p>
    <w:p w14:paraId="1890E821" w14:textId="77777777" w:rsidR="009B1A7F" w:rsidRPr="00812E51" w:rsidRDefault="00000000">
      <w:pPr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sz w:val="26"/>
          <w:lang w:val="lt-LT"/>
        </w:rPr>
        <w:t>PAGRINDINIAI PROJEKTO TIKSLAI</w:t>
      </w:r>
    </w:p>
    <w:p w14:paraId="0A25F0B1" w14:textId="77777777" w:rsidR="009B1A7F" w:rsidRPr="00812E51" w:rsidRDefault="00000000">
      <w:pPr>
        <w:spacing w:after="80"/>
        <w:ind w:left="2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1. Pozityviojo mokytojų profesionalumo auginimas, plėtojant tarptautiškumą ir tarptautinį bendradarbiavimą.</w:t>
      </w:r>
    </w:p>
    <w:p w14:paraId="6C8F5A57" w14:textId="77777777" w:rsidR="009B1A7F" w:rsidRPr="00812E51" w:rsidRDefault="00000000">
      <w:pPr>
        <w:spacing w:after="80"/>
        <w:ind w:left="2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 xml:space="preserve">2. </w:t>
      </w:r>
      <w:proofErr w:type="spellStart"/>
      <w:r w:rsidRPr="00812E51">
        <w:rPr>
          <w:rFonts w:ascii="Times New Roman" w:hAnsi="Times New Roman" w:cs="Times New Roman"/>
          <w:lang w:val="lt-LT"/>
        </w:rPr>
        <w:t>Įtraukties</w:t>
      </w:r>
      <w:proofErr w:type="spellEnd"/>
      <w:r w:rsidRPr="00812E51">
        <w:rPr>
          <w:rFonts w:ascii="Times New Roman" w:hAnsi="Times New Roman" w:cs="Times New Roman"/>
          <w:lang w:val="lt-LT"/>
        </w:rPr>
        <w:t xml:space="preserve"> ir įvairovės pamokoje didinimas, siekiant kiekvieno mokinio asmeninių karjeros tikslų.</w:t>
      </w:r>
    </w:p>
    <w:p w14:paraId="5289A39B" w14:textId="77777777" w:rsidR="009B1A7F" w:rsidRPr="00812E51" w:rsidRDefault="00000000">
      <w:pPr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Klausimai padės įvertinti, kaip kursuose įgyta patirtis prisidėjo prie mokytojų profesinio augimo, mokymo(</w:t>
      </w:r>
      <w:proofErr w:type="spellStart"/>
      <w:r w:rsidRPr="00812E51">
        <w:rPr>
          <w:rFonts w:ascii="Times New Roman" w:hAnsi="Times New Roman" w:cs="Times New Roman"/>
          <w:lang w:val="lt-LT"/>
        </w:rPr>
        <w:t>si</w:t>
      </w:r>
      <w:proofErr w:type="spellEnd"/>
      <w:r w:rsidRPr="00812E51">
        <w:rPr>
          <w:rFonts w:ascii="Times New Roman" w:hAnsi="Times New Roman" w:cs="Times New Roman"/>
          <w:lang w:val="lt-LT"/>
        </w:rPr>
        <w:t>) būdų įvairovės, mokinių aktyvaus įsitraukimo, įtraukiojo mokymo, mokinių individualių poreikių atliepimo ir karjeros kompetencijų ugdymo.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5020"/>
        <w:gridCol w:w="5020"/>
      </w:tblGrid>
      <w:tr w:rsidR="009B1A7F" w:rsidRPr="00812E51" w14:paraId="63EB6D26" w14:textId="77777777">
        <w:trPr>
          <w:jc w:val="center"/>
        </w:trPr>
        <w:tc>
          <w:tcPr>
            <w:tcW w:w="5020" w:type="dxa"/>
            <w:vAlign w:val="center"/>
          </w:tcPr>
          <w:p w14:paraId="05564FA6" w14:textId="77777777" w:rsidR="009B1A7F" w:rsidRPr="00812E51" w:rsidRDefault="00000000">
            <w:pPr>
              <w:rPr>
                <w:rFonts w:ascii="Times New Roman" w:hAnsi="Times New Roman" w:cs="Times New Roman"/>
                <w:lang w:val="lt-LT"/>
              </w:rPr>
            </w:pPr>
            <w:r w:rsidRPr="00812E51">
              <w:rPr>
                <w:rFonts w:ascii="Times New Roman" w:hAnsi="Times New Roman" w:cs="Times New Roman"/>
                <w:b/>
                <w:lang w:val="lt-LT"/>
              </w:rPr>
              <w:t>Vardas, pavardė</w:t>
            </w:r>
          </w:p>
        </w:tc>
        <w:tc>
          <w:tcPr>
            <w:tcW w:w="5020" w:type="dxa"/>
            <w:vAlign w:val="center"/>
          </w:tcPr>
          <w:p w14:paraId="5B3A3AB7" w14:textId="77777777" w:rsidR="009B1A7F" w:rsidRPr="00812E51" w:rsidRDefault="009B1A7F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B1A7F" w:rsidRPr="00812E51" w14:paraId="5F3B1D92" w14:textId="77777777">
        <w:trPr>
          <w:jc w:val="center"/>
        </w:trPr>
        <w:tc>
          <w:tcPr>
            <w:tcW w:w="5020" w:type="dxa"/>
            <w:vAlign w:val="center"/>
          </w:tcPr>
          <w:p w14:paraId="59C72F82" w14:textId="77777777" w:rsidR="009B1A7F" w:rsidRPr="00812E51" w:rsidRDefault="00000000">
            <w:pPr>
              <w:rPr>
                <w:rFonts w:ascii="Times New Roman" w:hAnsi="Times New Roman" w:cs="Times New Roman"/>
                <w:lang w:val="lt-LT"/>
              </w:rPr>
            </w:pPr>
            <w:r w:rsidRPr="00812E51">
              <w:rPr>
                <w:rFonts w:ascii="Times New Roman" w:hAnsi="Times New Roman" w:cs="Times New Roman"/>
                <w:b/>
                <w:lang w:val="lt-LT"/>
              </w:rPr>
              <w:t>Dalyko / pareigų pavadinimas</w:t>
            </w:r>
          </w:p>
        </w:tc>
        <w:tc>
          <w:tcPr>
            <w:tcW w:w="5020" w:type="dxa"/>
            <w:vAlign w:val="center"/>
          </w:tcPr>
          <w:p w14:paraId="49766CDC" w14:textId="77777777" w:rsidR="009B1A7F" w:rsidRPr="00812E51" w:rsidRDefault="009B1A7F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B1A7F" w:rsidRPr="00812E51" w14:paraId="08B3F332" w14:textId="77777777">
        <w:trPr>
          <w:jc w:val="center"/>
        </w:trPr>
        <w:tc>
          <w:tcPr>
            <w:tcW w:w="5020" w:type="dxa"/>
            <w:vAlign w:val="center"/>
          </w:tcPr>
          <w:p w14:paraId="79EA4839" w14:textId="77777777" w:rsidR="009B1A7F" w:rsidRPr="00812E51" w:rsidRDefault="00000000">
            <w:pPr>
              <w:rPr>
                <w:rFonts w:ascii="Times New Roman" w:hAnsi="Times New Roman" w:cs="Times New Roman"/>
                <w:lang w:val="lt-LT"/>
              </w:rPr>
            </w:pPr>
            <w:r w:rsidRPr="00812E51">
              <w:rPr>
                <w:rFonts w:ascii="Times New Roman" w:hAnsi="Times New Roman" w:cs="Times New Roman"/>
                <w:b/>
                <w:lang w:val="lt-LT"/>
              </w:rPr>
              <w:t>Kursų pavadinimas / tema</w:t>
            </w:r>
          </w:p>
        </w:tc>
        <w:tc>
          <w:tcPr>
            <w:tcW w:w="5020" w:type="dxa"/>
            <w:vAlign w:val="center"/>
          </w:tcPr>
          <w:p w14:paraId="2BE198E9" w14:textId="77777777" w:rsidR="009B1A7F" w:rsidRPr="00812E51" w:rsidRDefault="009B1A7F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B1A7F" w:rsidRPr="00812E51" w14:paraId="702F30F4" w14:textId="77777777">
        <w:trPr>
          <w:jc w:val="center"/>
        </w:trPr>
        <w:tc>
          <w:tcPr>
            <w:tcW w:w="5020" w:type="dxa"/>
            <w:vAlign w:val="center"/>
          </w:tcPr>
          <w:p w14:paraId="7A8582C0" w14:textId="77777777" w:rsidR="009B1A7F" w:rsidRPr="00812E51" w:rsidRDefault="00000000">
            <w:pPr>
              <w:rPr>
                <w:rFonts w:ascii="Times New Roman" w:hAnsi="Times New Roman" w:cs="Times New Roman"/>
                <w:lang w:val="lt-LT"/>
              </w:rPr>
            </w:pPr>
            <w:r w:rsidRPr="00812E51">
              <w:rPr>
                <w:rFonts w:ascii="Times New Roman" w:hAnsi="Times New Roman" w:cs="Times New Roman"/>
                <w:b/>
                <w:lang w:val="lt-LT"/>
              </w:rPr>
              <w:t>Kursų laikas (data / datos)</w:t>
            </w:r>
          </w:p>
        </w:tc>
        <w:tc>
          <w:tcPr>
            <w:tcW w:w="5020" w:type="dxa"/>
            <w:vAlign w:val="center"/>
          </w:tcPr>
          <w:p w14:paraId="6EF60BCA" w14:textId="77777777" w:rsidR="009B1A7F" w:rsidRPr="00812E51" w:rsidRDefault="009B1A7F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B1A7F" w:rsidRPr="00812E51" w14:paraId="127FF72B" w14:textId="77777777">
        <w:trPr>
          <w:jc w:val="center"/>
        </w:trPr>
        <w:tc>
          <w:tcPr>
            <w:tcW w:w="5020" w:type="dxa"/>
            <w:vAlign w:val="center"/>
          </w:tcPr>
          <w:p w14:paraId="5D75E21F" w14:textId="77777777" w:rsidR="009B1A7F" w:rsidRPr="00812E51" w:rsidRDefault="00000000">
            <w:pPr>
              <w:rPr>
                <w:rFonts w:ascii="Times New Roman" w:hAnsi="Times New Roman" w:cs="Times New Roman"/>
                <w:lang w:val="lt-LT"/>
              </w:rPr>
            </w:pPr>
            <w:r w:rsidRPr="00812E51">
              <w:rPr>
                <w:rFonts w:ascii="Times New Roman" w:hAnsi="Times New Roman" w:cs="Times New Roman"/>
                <w:b/>
                <w:lang w:val="lt-LT"/>
              </w:rPr>
              <w:t>Šalis, miestas ir organizacija, kurioje vyko kursai</w:t>
            </w:r>
          </w:p>
        </w:tc>
        <w:tc>
          <w:tcPr>
            <w:tcW w:w="5020" w:type="dxa"/>
            <w:vAlign w:val="center"/>
          </w:tcPr>
          <w:p w14:paraId="0E70A53E" w14:textId="77777777" w:rsidR="009B1A7F" w:rsidRPr="00812E51" w:rsidRDefault="009B1A7F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</w:tbl>
    <w:p w14:paraId="5239F693" w14:textId="77777777" w:rsidR="009B1A7F" w:rsidRPr="00812E51" w:rsidRDefault="009B1A7F">
      <w:pPr>
        <w:rPr>
          <w:rFonts w:ascii="Times New Roman" w:hAnsi="Times New Roman" w:cs="Times New Roman"/>
          <w:lang w:val="lt-LT"/>
        </w:rPr>
      </w:pPr>
    </w:p>
    <w:p w14:paraId="14B549F6" w14:textId="77777777" w:rsidR="009B1A7F" w:rsidRPr="00812E51" w:rsidRDefault="00000000">
      <w:pPr>
        <w:spacing w:before="140"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lang w:val="lt-LT"/>
        </w:rPr>
        <w:t>1. Kokios 2–3 svarbiausios žinios, idėjos ar metodai, kuriuos įgijote kursuose?</w:t>
      </w:r>
    </w:p>
    <w:p w14:paraId="09E30CB5" w14:textId="77777777" w:rsidR="009B1A7F" w:rsidRPr="00812E51" w:rsidRDefault="00000000">
      <w:pPr>
        <w:spacing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Atsakymas:</w:t>
      </w:r>
    </w:p>
    <w:p w14:paraId="4EDC6906" w14:textId="77777777" w:rsidR="009B1A7F" w:rsidRPr="00812E51" w:rsidRDefault="00000000">
      <w:pPr>
        <w:spacing w:before="140"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lang w:val="lt-LT"/>
        </w:rPr>
        <w:t>2. Kas kursuose Jums buvo naudingiausia ir kodėl?</w:t>
      </w:r>
    </w:p>
    <w:p w14:paraId="78B5EB76" w14:textId="77777777" w:rsidR="009B1A7F" w:rsidRPr="00812E51" w:rsidRDefault="00000000">
      <w:pPr>
        <w:spacing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Atsakymas:</w:t>
      </w:r>
    </w:p>
    <w:p w14:paraId="31248463" w14:textId="77777777" w:rsidR="009B1A7F" w:rsidRPr="00812E51" w:rsidRDefault="00000000">
      <w:pPr>
        <w:spacing w:before="140"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lang w:val="lt-LT"/>
        </w:rPr>
        <w:t>3. Ką naujo sužinojote apie šiuolaikinį mokymą(</w:t>
      </w:r>
      <w:proofErr w:type="spellStart"/>
      <w:r w:rsidRPr="00812E51">
        <w:rPr>
          <w:rFonts w:ascii="Times New Roman" w:hAnsi="Times New Roman" w:cs="Times New Roman"/>
          <w:b/>
          <w:lang w:val="lt-LT"/>
        </w:rPr>
        <w:t>si</w:t>
      </w:r>
      <w:proofErr w:type="spellEnd"/>
      <w:r w:rsidRPr="00812E51">
        <w:rPr>
          <w:rFonts w:ascii="Times New Roman" w:hAnsi="Times New Roman" w:cs="Times New Roman"/>
          <w:b/>
          <w:lang w:val="lt-LT"/>
        </w:rPr>
        <w:t>), ko anksčiau savo darbe netaikėte arba taikėte kitaip?</w:t>
      </w:r>
    </w:p>
    <w:p w14:paraId="60F78A7A" w14:textId="77777777" w:rsidR="009B1A7F" w:rsidRPr="00812E51" w:rsidRDefault="00000000">
      <w:pPr>
        <w:spacing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Atsakymas:</w:t>
      </w:r>
    </w:p>
    <w:p w14:paraId="5DCC914E" w14:textId="77777777" w:rsidR="009B1A7F" w:rsidRPr="00812E51" w:rsidRDefault="00000000">
      <w:pPr>
        <w:spacing w:before="140"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lang w:val="lt-LT"/>
        </w:rPr>
        <w:t>4. Ką iš kursuose įgytos patirties jau pritaikėte savo pamokose?</w:t>
      </w:r>
    </w:p>
    <w:p w14:paraId="0BEF4C16" w14:textId="77777777" w:rsidR="009B1A7F" w:rsidRPr="00812E51" w:rsidRDefault="00000000">
      <w:pPr>
        <w:spacing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Atsakymas:</w:t>
      </w:r>
    </w:p>
    <w:p w14:paraId="7FC53B81" w14:textId="77777777" w:rsidR="009B1A7F" w:rsidRPr="00812E51" w:rsidRDefault="00000000">
      <w:pPr>
        <w:spacing w:before="140"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lang w:val="lt-LT"/>
        </w:rPr>
        <w:t>5. Pateikite vieną konkretų pavyzdį, kaip kursuose įgytą žinią, metodą ar priemonę pritaikėte pamokoje.</w:t>
      </w:r>
    </w:p>
    <w:p w14:paraId="4C88B0BC" w14:textId="77777777" w:rsidR="009B1A7F" w:rsidRPr="00812E51" w:rsidRDefault="00000000">
      <w:pPr>
        <w:spacing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Atsakymas:</w:t>
      </w:r>
    </w:p>
    <w:p w14:paraId="2F66ED83" w14:textId="6C44F366" w:rsidR="009B1A7F" w:rsidRPr="00812E51" w:rsidRDefault="009B1A7F">
      <w:pPr>
        <w:spacing w:after="0" w:line="240" w:lineRule="auto"/>
        <w:rPr>
          <w:rFonts w:ascii="Times New Roman" w:hAnsi="Times New Roman" w:cs="Times New Roman"/>
          <w:lang w:val="lt-LT"/>
        </w:rPr>
      </w:pPr>
    </w:p>
    <w:p w14:paraId="1AB27A95" w14:textId="77777777" w:rsidR="009B1A7F" w:rsidRPr="00812E51" w:rsidRDefault="00000000">
      <w:pPr>
        <w:spacing w:before="140"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lang w:val="lt-LT"/>
        </w:rPr>
        <w:t>6. Ar po kursų pasikeitė Jūsų pamokų planavimas ar vedimas? Jei taip, kas konkrečiai pasikeitė?</w:t>
      </w:r>
    </w:p>
    <w:p w14:paraId="4C155E40" w14:textId="77777777" w:rsidR="009B1A7F" w:rsidRPr="00812E51" w:rsidRDefault="00000000">
      <w:pPr>
        <w:spacing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Atsakymas:</w:t>
      </w:r>
    </w:p>
    <w:p w14:paraId="78A6DC10" w14:textId="77777777" w:rsidR="009B1A7F" w:rsidRPr="00812E51" w:rsidRDefault="00000000">
      <w:pPr>
        <w:spacing w:before="140"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lang w:val="lt-LT"/>
        </w:rPr>
        <w:t>7. Ar kursai padėjo Jums padidinti mokinių aktyvumą, įsitraukimą, smalsumą ar motyvaciją? Jei taip, kaip?</w:t>
      </w:r>
    </w:p>
    <w:p w14:paraId="34553B8A" w14:textId="77777777" w:rsidR="009B1A7F" w:rsidRPr="00812E51" w:rsidRDefault="00000000">
      <w:pPr>
        <w:spacing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Atsakymas:</w:t>
      </w:r>
    </w:p>
    <w:p w14:paraId="0F4BCD8C" w14:textId="77777777" w:rsidR="009B1A7F" w:rsidRPr="00812E51" w:rsidRDefault="00000000">
      <w:pPr>
        <w:spacing w:before="140"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lang w:val="lt-LT"/>
        </w:rPr>
        <w:t>8. Ar kursuose įgytos žinios padėjo labiau atsižvelgti į skirtingus mokinių gebėjimus ir poreikius? Jei taip, kaip?</w:t>
      </w:r>
    </w:p>
    <w:p w14:paraId="6A192203" w14:textId="77777777" w:rsidR="009B1A7F" w:rsidRPr="00812E51" w:rsidRDefault="00000000">
      <w:pPr>
        <w:spacing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Atsakymas:</w:t>
      </w:r>
    </w:p>
    <w:p w14:paraId="2CD54AB6" w14:textId="77777777" w:rsidR="009B1A7F" w:rsidRPr="00812E51" w:rsidRDefault="00000000">
      <w:pPr>
        <w:spacing w:before="140"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lang w:val="lt-LT"/>
        </w:rPr>
        <w:t>9. Ar pradėjote dažniau taikyti diferencijavimą, individualizavimą ar suasmeninimą? Pateikite pavyzdį.</w:t>
      </w:r>
    </w:p>
    <w:p w14:paraId="0D9FF945" w14:textId="77777777" w:rsidR="009B1A7F" w:rsidRPr="00812E51" w:rsidRDefault="00000000">
      <w:pPr>
        <w:spacing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Atsakymas:</w:t>
      </w:r>
    </w:p>
    <w:p w14:paraId="50FDE3EA" w14:textId="77777777" w:rsidR="009B1A7F" w:rsidRPr="00812E51" w:rsidRDefault="00000000">
      <w:pPr>
        <w:spacing w:before="140"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lang w:val="lt-LT"/>
        </w:rPr>
        <w:lastRenderedPageBreak/>
        <w:t>10. Ar kursuose įgyta patirtis padėjo geriau ugdyti mokinių karjeros kompetencijas, padėti mokiniams pažinti save, savo gebėjimus ir interesus ar susieti mokymąsi su ateities karjera? Jei taip, kaip?</w:t>
      </w:r>
    </w:p>
    <w:p w14:paraId="371D5FAD" w14:textId="77777777" w:rsidR="009B1A7F" w:rsidRPr="00812E51" w:rsidRDefault="00000000">
      <w:pPr>
        <w:spacing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Atsakymas:</w:t>
      </w:r>
    </w:p>
    <w:p w14:paraId="31171A29" w14:textId="77777777" w:rsidR="009B1A7F" w:rsidRPr="00812E51" w:rsidRDefault="00000000">
      <w:pPr>
        <w:spacing w:before="140"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lang w:val="lt-LT"/>
        </w:rPr>
        <w:t>11. Ar pastebėjote kokį nors poveikį mokiniams po to, kai pradėjote taikyti kursuose įgytas žinias? Pateikite konkretų pavyzdį.</w:t>
      </w:r>
    </w:p>
    <w:p w14:paraId="5E53529C" w14:textId="77777777" w:rsidR="009B1A7F" w:rsidRPr="00812E51" w:rsidRDefault="00000000">
      <w:pPr>
        <w:spacing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Atsakymas:</w:t>
      </w:r>
    </w:p>
    <w:p w14:paraId="6AFF5DC2" w14:textId="5C4A367B" w:rsidR="009B1A7F" w:rsidRPr="00812E51" w:rsidRDefault="009B1A7F">
      <w:pPr>
        <w:spacing w:after="0" w:line="240" w:lineRule="auto"/>
        <w:rPr>
          <w:rFonts w:ascii="Times New Roman" w:hAnsi="Times New Roman" w:cs="Times New Roman"/>
          <w:lang w:val="lt-LT"/>
        </w:rPr>
      </w:pPr>
    </w:p>
    <w:p w14:paraId="61BCC9D8" w14:textId="77777777" w:rsidR="009B1A7F" w:rsidRPr="00812E51" w:rsidRDefault="00000000">
      <w:pPr>
        <w:spacing w:before="140"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lang w:val="lt-LT"/>
        </w:rPr>
        <w:t>12. Ar savo kursuose įgyta patirtimi pasidalijote su kolegomis? Jei taip, kaip ir su kuo?</w:t>
      </w:r>
    </w:p>
    <w:p w14:paraId="229852BD" w14:textId="77777777" w:rsidR="009B1A7F" w:rsidRPr="00812E51" w:rsidRDefault="00000000">
      <w:pPr>
        <w:spacing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Atsakymas:</w:t>
      </w:r>
    </w:p>
    <w:p w14:paraId="5E6AC022" w14:textId="2618EE8B" w:rsidR="009B1A7F" w:rsidRPr="00812E51" w:rsidRDefault="009B1A7F">
      <w:pPr>
        <w:spacing w:after="0" w:line="240" w:lineRule="auto"/>
        <w:rPr>
          <w:rFonts w:ascii="Times New Roman" w:hAnsi="Times New Roman" w:cs="Times New Roman"/>
          <w:lang w:val="lt-LT"/>
        </w:rPr>
      </w:pPr>
    </w:p>
    <w:p w14:paraId="4059C0BA" w14:textId="77777777" w:rsidR="009B1A7F" w:rsidRPr="00812E51" w:rsidRDefault="00000000">
      <w:pPr>
        <w:spacing w:before="140"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lang w:val="lt-LT"/>
        </w:rPr>
        <w:t>13. Ar kursai paskatino Jus išbandyti ką nors naujo kartu su kolegomis – planuoti bendrą, integruotą pamoką, dalintis metodais ar kitaip bendradarbiauti?</w:t>
      </w:r>
    </w:p>
    <w:p w14:paraId="4E437A62" w14:textId="77777777" w:rsidR="009B1A7F" w:rsidRPr="00812E51" w:rsidRDefault="00000000">
      <w:pPr>
        <w:spacing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Atsakymas:</w:t>
      </w:r>
    </w:p>
    <w:p w14:paraId="3B0E9C38" w14:textId="77777777" w:rsidR="009B1A7F" w:rsidRPr="00812E51" w:rsidRDefault="00000000">
      <w:pPr>
        <w:spacing w:before="140"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lang w:val="lt-LT"/>
        </w:rPr>
        <w:t>14. Kokią iš kursuose įgytų žinių, metodų ar praktikų, Jūsų nuomone, būtų naudinga pritaikyti plačiau visoje gimnazijoje?</w:t>
      </w:r>
    </w:p>
    <w:p w14:paraId="3A8BDCFF" w14:textId="77777777" w:rsidR="009B1A7F" w:rsidRPr="00812E51" w:rsidRDefault="00000000">
      <w:pPr>
        <w:spacing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Atsakymas:</w:t>
      </w:r>
    </w:p>
    <w:p w14:paraId="6E935720" w14:textId="77777777" w:rsidR="009B1A7F" w:rsidRPr="00812E51" w:rsidRDefault="00000000">
      <w:pPr>
        <w:spacing w:before="140"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lang w:val="lt-LT"/>
        </w:rPr>
        <w:t>15. Kas padėjo Jums pritaikyti kursuose įgytą patirtį savo darbe, o kas trukdė?</w:t>
      </w:r>
    </w:p>
    <w:p w14:paraId="258246FC" w14:textId="77777777" w:rsidR="009B1A7F" w:rsidRPr="00812E51" w:rsidRDefault="00000000">
      <w:pPr>
        <w:spacing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Atsakymas:</w:t>
      </w:r>
    </w:p>
    <w:p w14:paraId="613CA25B" w14:textId="77777777" w:rsidR="009B1A7F" w:rsidRPr="00812E51" w:rsidRDefault="00000000">
      <w:pPr>
        <w:spacing w:before="140"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lang w:val="lt-LT"/>
        </w:rPr>
        <w:t>16. Kokį didžiausią savo profesinės veiklos pokytį pastebite po dalyvavimo kursuose?</w:t>
      </w:r>
    </w:p>
    <w:p w14:paraId="6E2D72C5" w14:textId="77777777" w:rsidR="009B1A7F" w:rsidRPr="00812E51" w:rsidRDefault="00000000">
      <w:pPr>
        <w:spacing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Atsakymas:</w:t>
      </w:r>
    </w:p>
    <w:p w14:paraId="2F549385" w14:textId="77777777" w:rsidR="009B1A7F" w:rsidRPr="00812E51" w:rsidRDefault="00000000">
      <w:pPr>
        <w:spacing w:before="140"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lang w:val="lt-LT"/>
        </w:rPr>
        <w:t>17. Ką dar norėtumėte pritaikyti ar išbandyti ateityje, remdamiesi kursuose įgyta patirtimi?</w:t>
      </w:r>
    </w:p>
    <w:p w14:paraId="5AAC2989" w14:textId="77777777" w:rsidR="009B1A7F" w:rsidRPr="00812E51" w:rsidRDefault="00000000">
      <w:pPr>
        <w:spacing w:after="40"/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lang w:val="lt-LT"/>
        </w:rPr>
        <w:t>Atsakymas:</w:t>
      </w:r>
    </w:p>
    <w:p w14:paraId="35C0CDAE" w14:textId="77777777" w:rsidR="009B1A7F" w:rsidRPr="00812E51" w:rsidRDefault="00000000">
      <w:pPr>
        <w:rPr>
          <w:rFonts w:ascii="Times New Roman" w:hAnsi="Times New Roman" w:cs="Times New Roman"/>
          <w:lang w:val="lt-LT"/>
        </w:rPr>
      </w:pPr>
      <w:r w:rsidRPr="00812E51">
        <w:rPr>
          <w:rFonts w:ascii="Times New Roman" w:hAnsi="Times New Roman" w:cs="Times New Roman"/>
          <w:b/>
          <w:lang w:val="lt-LT"/>
        </w:rPr>
        <w:t>Ačiū už atsakymus!</w:t>
      </w:r>
    </w:p>
    <w:sectPr w:rsidR="009B1A7F" w:rsidRPr="00812E51" w:rsidSect="00034616"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7039090">
    <w:abstractNumId w:val="8"/>
  </w:num>
  <w:num w:numId="2" w16cid:durableId="1014109800">
    <w:abstractNumId w:val="6"/>
  </w:num>
  <w:num w:numId="3" w16cid:durableId="1812937128">
    <w:abstractNumId w:val="5"/>
  </w:num>
  <w:num w:numId="4" w16cid:durableId="89400288">
    <w:abstractNumId w:val="4"/>
  </w:num>
  <w:num w:numId="5" w16cid:durableId="208153544">
    <w:abstractNumId w:val="7"/>
  </w:num>
  <w:num w:numId="6" w16cid:durableId="2109421202">
    <w:abstractNumId w:val="3"/>
  </w:num>
  <w:num w:numId="7" w16cid:durableId="1779714845">
    <w:abstractNumId w:val="2"/>
  </w:num>
  <w:num w:numId="8" w16cid:durableId="1735467032">
    <w:abstractNumId w:val="1"/>
  </w:num>
  <w:num w:numId="9" w16cid:durableId="1221281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A01"/>
    <w:rsid w:val="00034616"/>
    <w:rsid w:val="0006063C"/>
    <w:rsid w:val="0015074B"/>
    <w:rsid w:val="0029639D"/>
    <w:rsid w:val="00326F90"/>
    <w:rsid w:val="007A7D00"/>
    <w:rsid w:val="0080315E"/>
    <w:rsid w:val="00812E51"/>
    <w:rsid w:val="009B1A7F"/>
    <w:rsid w:val="00A9767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BA86C9"/>
  <w14:defaultImageDpi w14:val="300"/>
  <w15:docId w15:val="{52744611-D178-4D0F-9C3B-249255B2C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Arial" w:hAnsi="Arial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1906</Words>
  <Characters>1087</Characters>
  <Application>Microsoft Office Word</Application>
  <DocSecurity>0</DocSecurity>
  <Lines>9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Ingrida Stankuvienė</cp:lastModifiedBy>
  <cp:revision>3</cp:revision>
  <dcterms:created xsi:type="dcterms:W3CDTF">2013-12-23T23:15:00Z</dcterms:created>
  <dcterms:modified xsi:type="dcterms:W3CDTF">2026-10-07T05:25:00Z</dcterms:modified>
  <cp:category/>
</cp:coreProperties>
</file>